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מעגל החיים של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מעגל החיים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בנושא צמחים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הפרחים לבנים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(ישן באדמה)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(יוצא גבוה מהאדמה)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(לבנים ונפתחים)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(ירוקים וגדולים)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מהקיץ ועד האביב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הבצל ישן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גבעול גבוה יוצא מהאדמה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פרחים לבנים נפתחים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עלים ירוקים גדולים יוצאים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בצל, גבעול, פרח, עלים - כל שלוש מהן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בקיץ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עלים ירוקים גדולים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בתמונות או כרטיסים פיזיים כדי לעזור לתלמידים עולים חדשים להבין את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אוצר המילים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יותר ניתן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מעגל החיים של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החצב הוא צמח שגדל בארץ ישראל. יש לו בצל באדמה, והוא משתנה לאורך השנה - מהקיץ ועד האביב.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בצל  ·  האדמה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ישן הבצל של החצב בקיץ?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העץ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צבע הפרחים של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כחול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הבצל של החצב ישן באדמה בקיץ.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הפרחים של החצב הם צהובים.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ישן באדמה בקיץ.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גבעול גבוה יוצא מ__________.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ירוקים וגדולים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הגבעול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לבנים ונפתחים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הפרחים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יוצא גבוה מהאדמה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העלים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ישן באדמה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מהקיץ ועד האביב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עלים ירוקים גדולים יוצאים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פרחים לבנים נפתחים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גבעול גבוה יוצא מהאדמה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הבצל ישן באדמה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מילים שלמדתם היום על החצב.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ישן הבצל של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צבע יש לפרחי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מעגל החיים של החצב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